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PENERBIT PUSTAKA SANGGAR JUANG INDONESIA</w:t>
      </w:r>
    </w:p>
    <w:p>
      <w:pPr>
        <w:jc w:val="center"/>
      </w:pPr>
      <w:r>
        <w:rPr>
          <w:b/>
          <w:sz w:val="36"/>
        </w:rPr>
        <w:t>TEMPLATE 02 — NASKAH NONFIKSI / AKADEMIK</w:t>
      </w:r>
    </w:p>
    <w:p>
      <w:pPr>
        <w:jc w:val="center"/>
      </w:pPr>
      <w:r>
        <w:rPr>
          <w:i/>
          <w:sz w:val="22"/>
        </w:rPr>
        <w:t>Ukuran kerja: UNESCO 15,5 × 23 cm | buku ajar, referensi, monograf, dan buku pendidikan</w:t>
      </w:r>
    </w:p>
    <w:p/>
    <w:p>
      <w:pPr>
        <w:pStyle w:val="Heading1"/>
      </w:pPr>
      <w:r>
        <w:t>Petunjuk Teknis</w:t>
      </w:r>
    </w:p>
    <w:p>
      <w:pPr>
        <w:pStyle w:val="ListBullet"/>
      </w:pPr>
      <w:r>
        <w:t>Heading 1 untuk BAB, Heading 2 untuk subbab, Heading 3 untuk sub-subbab.</w:t>
      </w:r>
    </w:p>
    <w:p>
      <w:pPr>
        <w:pStyle w:val="ListBullet"/>
      </w:pPr>
      <w:r>
        <w:t>Font kerja template: Arial 10,5 pt; paragraf justify dan konsisten.</w:t>
      </w:r>
    </w:p>
    <w:p>
      <w:pPr>
        <w:pStyle w:val="ListBullet"/>
      </w:pPr>
      <w:r>
        <w:t>Setiap tabel diberi nomor, judul, dan sumber; setiap gambar diberi nomor, judul, dan sumber.</w:t>
      </w:r>
    </w:p>
    <w:p>
      <w:pPr>
        <w:pStyle w:val="ListBullet"/>
      </w:pPr>
      <w:r>
        <w:t>Untuk karya akademik gunakan APA 7 kecuali penerbit menyepakati gaya lain.</w:t>
      </w:r>
    </w:p>
    <w:p>
      <w:pPr>
        <w:pStyle w:val="ListBullet"/>
      </w:pPr>
      <w:r>
        <w:t>Nomor halaman dibuat otomatis pada tahap layout; jangan diketik manual.</w:t>
      </w:r>
    </w:p>
    <w:p>
      <w:pPr>
        <w:pStyle w:val="ListBullet"/>
      </w:pPr>
      <w:r>
        <w:t>File gambar asli/resolusi memadai disimpan dalam folder terpisah.</w:t>
      </w:r>
    </w:p>
    <w:p>
      <w:pPr>
        <w:pStyle w:val="Heading1"/>
      </w:pPr>
      <w:r>
        <w:t>HALAMAN SAMPUL NASKAH</w:t>
      </w:r>
    </w:p>
    <w:p>
      <w:r>
        <w:t>[JUDUL BUKU]</w:t>
        <w:br/>
        <w:t>[SUBJUDUL]</w:t>
        <w:br/>
        <w:t>[NAMA PENULIS]</w:t>
        <w:br/>
        <w:t>[AFILIASI, jika diperlukan]</w:t>
      </w:r>
    </w:p>
    <w:p>
      <w:pPr>
        <w:pStyle w:val="Heading1"/>
      </w:pPr>
      <w:r>
        <w:t>HALAMAN JUDUL</w:t>
      </w:r>
    </w:p>
    <w:p>
      <w:r>
        <w:t>[JUDUL BUKU]</w:t>
        <w:br/>
        <w:t>[SUBJUDUL]</w:t>
        <w:br/>
        <w:t>[NAMA PENULIS]</w:t>
        <w:br/>
        <w:t>[Penerbit: Pustaka Sanggar Juang Indonesia]</w:t>
      </w:r>
    </w:p>
    <w:p>
      <w:pPr>
        <w:pStyle w:val="Heading1"/>
      </w:pPr>
      <w:r>
        <w:t>HALAMAN HAK CIPTA — DIISI PENERBIT</w:t>
      </w:r>
    </w:p>
    <w:p>
      <w:r>
        <w:t>Bagian ini tidak perlu diisi penulis. Penerbit menyesuaikan data bibliografis, ISBN, hak cipta, dan keterangan penerbitan.</w:t>
      </w:r>
    </w:p>
    <w:p>
      <w:pPr>
        <w:pStyle w:val="Heading1"/>
      </w:pPr>
      <w:r>
        <w:t>KATA PENGANTAR / PRAKATA</w:t>
      </w:r>
    </w:p>
    <w:p>
      <w:r>
        <w:t>[Isi kata pengantar/prakata penulis.]</w:t>
      </w:r>
    </w:p>
    <w:p>
      <w:pPr>
        <w:pStyle w:val="Heading1"/>
      </w:pPr>
      <w:r>
        <w:t>DAFTAR ISI</w:t>
      </w:r>
    </w:p>
    <w:p>
      <w:r>
        <w:t>Gunakan fitur Table of Contents otomatis pada tahap final.</w:t>
      </w:r>
    </w:p>
    <w:p>
      <w:pPr>
        <w:pStyle w:val="Heading1"/>
      </w:pPr>
      <w:r>
        <w:t>DAFTAR TABEL / GAMBAR</w:t>
      </w:r>
    </w:p>
    <w:p>
      <w:r>
        <w:t>[Otomatis pada tahap layout final.]</w:t>
      </w:r>
    </w:p>
    <w:p>
      <w:pPr>
        <w:pStyle w:val="Heading1"/>
      </w:pPr>
      <w:r>
        <w:t>BAB 1 — [JUDUL BAB]</w:t>
      </w:r>
    </w:p>
    <w:p>
      <w:r>
        <w:t>[Paragraf pembuka bab.]</w:t>
      </w:r>
    </w:p>
    <w:p>
      <w:pPr>
        <w:pStyle w:val="Heading2"/>
      </w:pPr>
      <w:r>
        <w:t>1.1 [Judul Subbab]</w:t>
      </w:r>
    </w:p>
    <w:p>
      <w:r>
        <w:t>[Isi subbab.]</w:t>
      </w:r>
    </w:p>
    <w:p>
      <w:pPr>
        <w:pStyle w:val="Heading3"/>
      </w:pPr>
      <w:r>
        <w:t>1.1.1 [Judul Sub-subbab]</w:t>
      </w:r>
    </w:p>
    <w:p>
      <w:r>
        <w:t>[Isi sub-subbab.]</w:t>
      </w:r>
    </w:p>
    <w:p>
      <w:pPr>
        <w:pStyle w:val="Heading2"/>
      </w:pPr>
      <w:r>
        <w:t>FORMAT TABEL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</w:tblGrid>
      <w:tr>
        <w:tc>
          <w:tcPr>
            <w:tcW w:type="dxa" w:w="3061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Tabel 1.1 [Judul tabel]</w:t>
            </w:r>
          </w:p>
        </w:tc>
        <w:tc>
          <w:tcPr>
            <w:tcW w:type="dxa" w:w="3061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Keterangan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Isi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Isi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</w:t>
            </w:r>
          </w:p>
        </w:tc>
      </w:tr>
    </w:tbl>
    <w:p>
      <w:r>
        <w:t>Sumber: [....................]</w:t>
      </w:r>
    </w:p>
    <w:p>
      <w:pPr>
        <w:pStyle w:val="Heading2"/>
      </w:pPr>
      <w:r>
        <w:t>FORMAT GAMBAR/ILUSTRASI</w:t>
      </w:r>
    </w:p>
    <w:p>
      <w:r>
        <w:t>[Tempatkan gambar di sini]</w:t>
        <w:br/>
        <w:t>Gambar 1.1 [Judul gambar]</w:t>
        <w:br/>
        <w:t>Sumber: [....................]</w:t>
      </w:r>
    </w:p>
    <w:p>
      <w:pPr>
        <w:pStyle w:val="Heading1"/>
      </w:pPr>
      <w:r>
        <w:t>DAFTAR PUSTAKA</w:t>
      </w:r>
    </w:p>
    <w:p>
      <w:r>
        <w:t>[Gunakan APA 7. Pastikan setiap sumber yang dikutip muncul dalam daftar pustaka dan sebaliknya.]</w:t>
        <w:br/>
        <w:t>Contoh: Nama Belakang, A. A. (Tahun). Judul buku. Penerbit.</w:t>
      </w:r>
    </w:p>
    <w:p>
      <w:pPr>
        <w:pStyle w:val="Heading1"/>
      </w:pPr>
      <w:r>
        <w:t>GLOSARIUM (opsional)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</w:tblGrid>
      <w:tr>
        <w:tc>
          <w:tcPr>
            <w:tcW w:type="dxa" w:w="3061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Istilah</w:t>
            </w:r>
          </w:p>
        </w:tc>
        <w:tc>
          <w:tcPr>
            <w:tcW w:type="dxa" w:w="3061"/>
            <w:vAlign w:val="center"/>
            <w:shd w:fill="EAF2F8"/>
          </w:tcPr>
          <w:p>
            <w:r/>
            <w:r>
              <w:rPr>
                <w:rFonts w:ascii="Arial" w:hAnsi="Arial"/>
                <w:b/>
                <w:sz w:val="19"/>
              </w:rPr>
              <w:t>Definisi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</w:tr>
      <w:tr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  <w:tc>
          <w:tcPr>
            <w:tcW w:type="dxa" w:w="3061"/>
            <w:vAlign w:val="center"/>
          </w:tcPr>
          <w:p>
            <w:r/>
            <w:r>
              <w:rPr>
                <w:rFonts w:ascii="Arial" w:hAnsi="Arial"/>
                <w:b w:val="0"/>
                <w:sz w:val="19"/>
              </w:rPr>
              <w:t>................</w:t>
            </w:r>
          </w:p>
        </w:tc>
      </w:tr>
    </w:tbl>
    <w:p>
      <w:pPr>
        <w:pStyle w:val="Heading1"/>
      </w:pPr>
      <w:r>
        <w:t>INDEKS (opsional)</w:t>
      </w:r>
    </w:p>
    <w:p>
      <w:r>
        <w:t>[Disusun setelah layout final jika diperlukan.]</w:t>
      </w:r>
    </w:p>
    <w:p>
      <w:pPr>
        <w:pStyle w:val="Heading1"/>
      </w:pPr>
      <w:r>
        <w:t>LAMPIRAN (jika ada)</w:t>
      </w:r>
    </w:p>
    <w:p>
      <w:r>
        <w:t>[Lampiran 1: ................]</w:t>
        <w:br/>
        <w:t>[Lampiran 2: ................]</w:t>
      </w:r>
    </w:p>
    <w:p>
      <w:pPr>
        <w:pStyle w:val="Heading1"/>
      </w:pPr>
      <w:r>
        <w:t>PROFIL PENULIS</w:t>
      </w:r>
    </w:p>
    <w:p>
      <w:r>
        <w:t>[±100–150 kata tentang pendidikan, keahlian, pengalaman, karya, dan afiliasi.]</w:t>
      </w:r>
    </w:p>
    <w:p>
      <w:pPr>
        <w:pStyle w:val="Heading1"/>
      </w:pPr>
      <w:r>
        <w:t>SINOPSIS UNTUK SAMPUL BELAKANG</w:t>
      </w:r>
    </w:p>
    <w:p>
      <w:r>
        <w:t>[±100–150 kata; menjelaskan masalah, manfaat, dan sasaran pembaca secara menarik.]</w:t>
      </w:r>
    </w:p>
    <w:p>
      <w:pPr>
        <w:pStyle w:val="Heading1"/>
      </w:pPr>
      <w:r>
        <w:t>CHECKLIST SEBELUM DIKIRIM</w:t>
      </w:r>
    </w:p>
    <w:p>
      <w:pPr>
        <w:pStyle w:val="ListBullet"/>
      </w:pPr>
      <w:r>
        <w:t>Semua bab lengkap</w:t>
      </w:r>
    </w:p>
    <w:p>
      <w:pPr>
        <w:pStyle w:val="ListBullet"/>
      </w:pPr>
      <w:r>
        <w:t>Heading konsisten</w:t>
      </w:r>
    </w:p>
    <w:p>
      <w:pPr>
        <w:pStyle w:val="ListBullet"/>
      </w:pPr>
      <w:r>
        <w:t>Nomor tabel/gambar berurutan</w:t>
      </w:r>
    </w:p>
    <w:p>
      <w:pPr>
        <w:pStyle w:val="ListBullet"/>
      </w:pPr>
      <w:r>
        <w:t>Semua tabel/gambar memiliki sumber</w:t>
      </w:r>
    </w:p>
    <w:p>
      <w:pPr>
        <w:pStyle w:val="ListBullet"/>
      </w:pPr>
      <w:r>
        <w:t>Daftar pustaka sesuai kutipan</w:t>
      </w:r>
    </w:p>
    <w:p>
      <w:pPr>
        <w:pStyle w:val="ListBullet"/>
      </w:pPr>
      <w:r>
        <w:t>Gambar asli disimpan terpisah</w:t>
      </w:r>
    </w:p>
    <w:p>
      <w:pPr>
        <w:pStyle w:val="ListBullet"/>
      </w:pPr>
      <w:r>
        <w:t>Tidak ada Track Changes/komentar tertinggal</w:t>
      </w:r>
    </w:p>
    <w:p>
      <w:pPr>
        <w:pStyle w:val="ListBullet"/>
      </w:pPr>
      <w:r>
        <w:t>Ejaan dan konsistensi telah diperiksa</w:t>
      </w:r>
    </w:p>
    <w:sectPr w:rsidR="00FC693F" w:rsidRPr="0006063C" w:rsidSect="00034616">
      <w:pgSz w:w="8787" w:h="13039"/>
      <w:pgMar w:top="1247" w:right="124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