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PENERBIT PUSTAKA SANGGAR JUANG INDONESIA</w:t>
      </w:r>
    </w:p>
    <w:p>
      <w:pPr>
        <w:jc w:val="center"/>
      </w:pPr>
      <w:r>
        <w:rPr>
          <w:b/>
          <w:sz w:val="36"/>
        </w:rPr>
        <w:t>TEMPLATE 03 — NASKAH FIKSI / NOVEL</w:t>
      </w:r>
    </w:p>
    <w:p>
      <w:pPr>
        <w:jc w:val="center"/>
      </w:pPr>
      <w:r>
        <w:rPr>
          <w:i/>
          <w:sz w:val="22"/>
        </w:rPr>
        <w:t>Ukuran kerja yang disarankan: A5 14,8 × 21 cm | novel, cerpen, dan karya fiksi</w:t>
      </w:r>
    </w:p>
    <w:p/>
    <w:p>
      <w:pPr>
        <w:pStyle w:val="Heading1"/>
      </w:pPr>
      <w:r>
        <w:t>Petunjuk Teknis</w:t>
      </w:r>
    </w:p>
    <w:p>
      <w:pPr>
        <w:pStyle w:val="ListBullet"/>
      </w:pPr>
      <w:r>
        <w:t>Novel adalah salah satu bentuk karya fiksi; template dapat disesuaikan untuk kumpulan cerpen.</w:t>
      </w:r>
    </w:p>
    <w:p>
      <w:pPr>
        <w:pStyle w:val="ListBullet"/>
      </w:pPr>
      <w:r>
        <w:t>Prioritaskan konsistensi paragraf, dialog, tanda baca, dan penamaan tokoh.</w:t>
      </w:r>
    </w:p>
    <w:p>
      <w:pPr>
        <w:pStyle w:val="ListBullet"/>
      </w:pPr>
      <w:r>
        <w:t>Jangan melakukan dekorasi berlebihan pada naskah kerja; tipografi final ditentukan saat layout.</w:t>
      </w:r>
    </w:p>
    <w:p>
      <w:pPr>
        <w:pStyle w:val="ListBullet"/>
      </w:pPr>
      <w:r>
        <w:t>Naskah disertai sinopsis, data penulis, genre, dan sasaran pembaca.</w:t>
      </w:r>
    </w:p>
    <w:p>
      <w:pPr>
        <w:pStyle w:val="Heading1"/>
      </w:pPr>
      <w:r>
        <w:t>HALAMAN JUDUL</w:t>
      </w:r>
    </w:p>
    <w:p>
      <w:r>
        <w:t>[JUDUL NOVEL]</w:t>
        <w:br/>
        <w:t>[SUBJUDUL, jika ada]</w:t>
        <w:br/>
        <w:t>[NAMA PENULIS/NAMA PENA]</w:t>
      </w:r>
    </w:p>
    <w:p>
      <w:pPr>
        <w:pStyle w:val="Heading1"/>
      </w:pPr>
      <w:r>
        <w:t>DATA KARYA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63"/>
        <w:gridCol w:w="2863"/>
      </w:tblGrid>
      <w:tr>
        <w:tc>
          <w:tcPr>
            <w:tcW w:type="dxa" w:w="2863"/>
            <w:vAlign w:val="center"/>
            <w:shd w:fill="EAF2F8"/>
          </w:tcPr>
          <w:p>
            <w:r/>
            <w:r>
              <w:rPr>
                <w:rFonts w:ascii="Arial" w:hAnsi="Arial"/>
                <w:b/>
                <w:sz w:val="19"/>
              </w:rPr>
              <w:t>Komponen</w:t>
            </w:r>
          </w:p>
        </w:tc>
        <w:tc>
          <w:tcPr>
            <w:tcW w:type="dxa" w:w="2863"/>
            <w:vAlign w:val="center"/>
            <w:shd w:fill="EAF2F8"/>
          </w:tcPr>
          <w:p>
            <w:r/>
            <w:r>
              <w:rPr>
                <w:rFonts w:ascii="Arial" w:hAnsi="Arial"/>
                <w:b/>
                <w:sz w:val="19"/>
              </w:rPr>
              <w:t>Isian</w:t>
            </w:r>
          </w:p>
        </w:tc>
      </w:tr>
      <w:tr>
        <w:tc>
          <w:tcPr>
            <w:tcW w:type="dxa" w:w="286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Judul</w:t>
            </w:r>
          </w:p>
        </w:tc>
        <w:tc>
          <w:tcPr>
            <w:tcW w:type="dxa" w:w="286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........................................................</w:t>
            </w:r>
          </w:p>
        </w:tc>
      </w:tr>
      <w:tr>
        <w:tc>
          <w:tcPr>
            <w:tcW w:type="dxa" w:w="286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Nama penulis/nama pena</w:t>
            </w:r>
          </w:p>
        </w:tc>
        <w:tc>
          <w:tcPr>
            <w:tcW w:type="dxa" w:w="286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........................................................</w:t>
            </w:r>
          </w:p>
        </w:tc>
      </w:tr>
      <w:tr>
        <w:tc>
          <w:tcPr>
            <w:tcW w:type="dxa" w:w="286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Genre</w:t>
            </w:r>
          </w:p>
        </w:tc>
        <w:tc>
          <w:tcPr>
            <w:tcW w:type="dxa" w:w="286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☐ Romance ☐ Drama ☐ Thriller ☐ Sejarah ☐ Islami ☐ Anak ☐ Lainnya</w:t>
            </w:r>
          </w:p>
        </w:tc>
      </w:tr>
      <w:tr>
        <w:tc>
          <w:tcPr>
            <w:tcW w:type="dxa" w:w="286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Sasaran pembaca/usia</w:t>
            </w:r>
          </w:p>
        </w:tc>
        <w:tc>
          <w:tcPr>
            <w:tcW w:type="dxa" w:w="286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........................................................</w:t>
            </w:r>
          </w:p>
        </w:tc>
      </w:tr>
      <w:tr>
        <w:tc>
          <w:tcPr>
            <w:tcW w:type="dxa" w:w="286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Perkiraan jumlah kata</w:t>
            </w:r>
          </w:p>
        </w:tc>
        <w:tc>
          <w:tcPr>
            <w:tcW w:type="dxa" w:w="286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........................................................</w:t>
            </w:r>
          </w:p>
        </w:tc>
      </w:tr>
      <w:tr>
        <w:tc>
          <w:tcPr>
            <w:tcW w:type="dxa" w:w="286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Perkiraan halaman buku</w:t>
            </w:r>
          </w:p>
        </w:tc>
        <w:tc>
          <w:tcPr>
            <w:tcW w:type="dxa" w:w="286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........................................................</w:t>
            </w:r>
          </w:p>
        </w:tc>
      </w:tr>
      <w:tr>
        <w:tc>
          <w:tcPr>
            <w:tcW w:type="dxa" w:w="286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Status naskah</w:t>
            </w:r>
          </w:p>
        </w:tc>
        <w:tc>
          <w:tcPr>
            <w:tcW w:type="dxa" w:w="286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☐ Selesai ☐ Revisi</w:t>
            </w:r>
          </w:p>
        </w:tc>
      </w:tr>
    </w:tbl>
    <w:p>
      <w:pPr>
        <w:pStyle w:val="Heading1"/>
      </w:pPr>
      <w:r>
        <w:t>SINOPSIS</w:t>
      </w:r>
    </w:p>
    <w:p>
      <w:r>
        <w:t>[Sinopsis lengkap untuk kebutuhan editorial, ±500 kata.]</w:t>
      </w:r>
    </w:p>
    <w:p>
      <w:pPr>
        <w:pStyle w:val="Heading1"/>
      </w:pPr>
      <w:r>
        <w:t>LOGLINE / PITCH SINGKAT</w:t>
      </w:r>
    </w:p>
    <w:p>
      <w:r>
        <w:t>[1–3 kalimat tentang tokoh utama, konflik, dan daya tarik cerita.]</w:t>
      </w:r>
    </w:p>
    <w:p>
      <w:pPr>
        <w:pStyle w:val="Heading1"/>
      </w:pPr>
      <w:r>
        <w:t>TOKOH UTAMA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09"/>
        <w:gridCol w:w="1909"/>
        <w:gridCol w:w="1909"/>
      </w:tblGrid>
      <w:tr>
        <w:tc>
          <w:tcPr>
            <w:tcW w:type="dxa" w:w="1909"/>
            <w:vAlign w:val="center"/>
            <w:shd w:fill="EAF2F8"/>
          </w:tcPr>
          <w:p>
            <w:r/>
            <w:r>
              <w:rPr>
                <w:rFonts w:ascii="Arial" w:hAnsi="Arial"/>
                <w:b/>
                <w:sz w:val="19"/>
              </w:rPr>
              <w:t>Tokoh</w:t>
            </w:r>
          </w:p>
        </w:tc>
        <w:tc>
          <w:tcPr>
            <w:tcW w:type="dxa" w:w="1909"/>
            <w:vAlign w:val="center"/>
            <w:shd w:fill="EAF2F8"/>
          </w:tcPr>
          <w:p>
            <w:r/>
            <w:r>
              <w:rPr>
                <w:rFonts w:ascii="Arial" w:hAnsi="Arial"/>
                <w:b/>
                <w:sz w:val="19"/>
              </w:rPr>
              <w:t>Peran</w:t>
            </w:r>
          </w:p>
        </w:tc>
        <w:tc>
          <w:tcPr>
            <w:tcW w:type="dxa" w:w="1909"/>
            <w:vAlign w:val="center"/>
            <w:shd w:fill="EAF2F8"/>
          </w:tcPr>
          <w:p>
            <w:r/>
            <w:r>
              <w:rPr>
                <w:rFonts w:ascii="Arial" w:hAnsi="Arial"/>
                <w:b/>
                <w:sz w:val="19"/>
              </w:rPr>
              <w:t>Karakteristik/tujuan</w:t>
            </w:r>
          </w:p>
        </w:tc>
      </w:tr>
      <w:tr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</w:t>
            </w:r>
          </w:p>
        </w:tc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</w:t>
            </w:r>
          </w:p>
        </w:tc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</w:t>
            </w:r>
          </w:p>
        </w:tc>
      </w:tr>
      <w:tr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</w:t>
            </w:r>
          </w:p>
        </w:tc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</w:t>
            </w:r>
          </w:p>
        </w:tc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</w:t>
            </w:r>
          </w:p>
        </w:tc>
      </w:tr>
      <w:tr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</w:t>
            </w:r>
          </w:p>
        </w:tc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</w:t>
            </w:r>
          </w:p>
        </w:tc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</w:t>
            </w:r>
          </w:p>
        </w:tc>
      </w:tr>
    </w:tbl>
    <w:p>
      <w:pPr>
        <w:pStyle w:val="Heading1"/>
      </w:pPr>
      <w:r>
        <w:t>SETTING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63"/>
        <w:gridCol w:w="2863"/>
      </w:tblGrid>
      <w:tr>
        <w:tc>
          <w:tcPr>
            <w:tcW w:type="dxa" w:w="2863"/>
            <w:vAlign w:val="center"/>
            <w:shd w:fill="EAF2F8"/>
          </w:tcPr>
          <w:p>
            <w:r/>
            <w:r>
              <w:rPr>
                <w:rFonts w:ascii="Arial" w:hAnsi="Arial"/>
                <w:b/>
                <w:sz w:val="19"/>
              </w:rPr>
              <w:t>Aspek</w:t>
            </w:r>
          </w:p>
        </w:tc>
        <w:tc>
          <w:tcPr>
            <w:tcW w:type="dxa" w:w="2863"/>
            <w:vAlign w:val="center"/>
            <w:shd w:fill="EAF2F8"/>
          </w:tcPr>
          <w:p>
            <w:r/>
            <w:r>
              <w:rPr>
                <w:rFonts w:ascii="Arial" w:hAnsi="Arial"/>
                <w:b/>
                <w:sz w:val="19"/>
              </w:rPr>
              <w:t>Keterangan</w:t>
            </w:r>
          </w:p>
        </w:tc>
      </w:tr>
      <w:tr>
        <w:tc>
          <w:tcPr>
            <w:tcW w:type="dxa" w:w="286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Tempat</w:t>
            </w:r>
          </w:p>
        </w:tc>
        <w:tc>
          <w:tcPr>
            <w:tcW w:type="dxa" w:w="286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................................</w:t>
            </w:r>
          </w:p>
        </w:tc>
      </w:tr>
      <w:tr>
        <w:tc>
          <w:tcPr>
            <w:tcW w:type="dxa" w:w="286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Waktu</w:t>
            </w:r>
          </w:p>
        </w:tc>
        <w:tc>
          <w:tcPr>
            <w:tcW w:type="dxa" w:w="286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................................</w:t>
            </w:r>
          </w:p>
        </w:tc>
      </w:tr>
      <w:tr>
        <w:tc>
          <w:tcPr>
            <w:tcW w:type="dxa" w:w="286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Latar sosial/budaya</w:t>
            </w:r>
          </w:p>
        </w:tc>
        <w:tc>
          <w:tcPr>
            <w:tcW w:type="dxa" w:w="2863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................................</w:t>
            </w:r>
          </w:p>
        </w:tc>
      </w:tr>
    </w:tbl>
    <w:p>
      <w:pPr>
        <w:pStyle w:val="Heading1"/>
      </w:pPr>
      <w:r>
        <w:t>STRUKTUR CERITA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09"/>
        <w:gridCol w:w="1909"/>
        <w:gridCol w:w="1909"/>
      </w:tblGrid>
      <w:tr>
        <w:tc>
          <w:tcPr>
            <w:tcW w:type="dxa" w:w="1909"/>
            <w:vAlign w:val="center"/>
            <w:shd w:fill="EAF2F8"/>
          </w:tcPr>
          <w:p>
            <w:r/>
            <w:r>
              <w:rPr>
                <w:rFonts w:ascii="Arial" w:hAnsi="Arial"/>
                <w:b/>
                <w:sz w:val="19"/>
              </w:rPr>
              <w:t>No.</w:t>
            </w:r>
          </w:p>
        </w:tc>
        <w:tc>
          <w:tcPr>
            <w:tcW w:type="dxa" w:w="1909"/>
            <w:vAlign w:val="center"/>
            <w:shd w:fill="EAF2F8"/>
          </w:tcPr>
          <w:p>
            <w:r/>
            <w:r>
              <w:rPr>
                <w:rFonts w:ascii="Arial" w:hAnsi="Arial"/>
                <w:b/>
                <w:sz w:val="19"/>
              </w:rPr>
              <w:t>Bab/Judul</w:t>
            </w:r>
          </w:p>
        </w:tc>
        <w:tc>
          <w:tcPr>
            <w:tcW w:type="dxa" w:w="1909"/>
            <w:vAlign w:val="center"/>
            <w:shd w:fill="EAF2F8"/>
          </w:tcPr>
          <w:p>
            <w:r/>
            <w:r>
              <w:rPr>
                <w:rFonts w:ascii="Arial" w:hAnsi="Arial"/>
                <w:b/>
                <w:sz w:val="19"/>
              </w:rPr>
              <w:t>Ringkasan singkat</w:t>
            </w:r>
          </w:p>
        </w:tc>
      </w:tr>
      <w:tr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1</w:t>
            </w:r>
          </w:p>
        </w:tc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................................</w:t>
            </w:r>
          </w:p>
        </w:tc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................................</w:t>
            </w:r>
          </w:p>
        </w:tc>
      </w:tr>
      <w:tr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2</w:t>
            </w:r>
          </w:p>
        </w:tc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................................</w:t>
            </w:r>
          </w:p>
        </w:tc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................................</w:t>
            </w:r>
          </w:p>
        </w:tc>
      </w:tr>
      <w:tr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3</w:t>
            </w:r>
          </w:p>
        </w:tc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................................</w:t>
            </w:r>
          </w:p>
        </w:tc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................................</w:t>
            </w:r>
          </w:p>
        </w:tc>
      </w:tr>
      <w:tr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4</w:t>
            </w:r>
          </w:p>
        </w:tc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................................</w:t>
            </w:r>
          </w:p>
        </w:tc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................................</w:t>
            </w:r>
          </w:p>
        </w:tc>
      </w:tr>
      <w:tr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5</w:t>
            </w:r>
          </w:p>
        </w:tc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................................</w:t>
            </w:r>
          </w:p>
        </w:tc>
        <w:tc>
          <w:tcPr>
            <w:tcW w:type="dxa" w:w="1909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................................</w:t>
            </w:r>
          </w:p>
        </w:tc>
      </w:tr>
    </w:tbl>
    <w:p>
      <w:pPr>
        <w:pStyle w:val="Heading1"/>
      </w:pPr>
      <w:r>
        <w:t>BAB 1 — [JUDUL BAB]</w:t>
      </w:r>
    </w:p>
    <w:p>
      <w:r>
        <w:t>[Mulai naskah cerita. Gunakan paragraf dan dialog secara konsisten.]</w:t>
      </w:r>
    </w:p>
    <w:p>
      <w:r>
        <w:t>“[Dialog tokoh]”</w:t>
        <w:br/>
        <w:t>[Narasi.]</w:t>
      </w:r>
    </w:p>
    <w:p>
      <w:pPr>
        <w:pStyle w:val="Heading1"/>
      </w:pPr>
      <w:r>
        <w:t>BAB 2 — [JUDUL BAB]</w:t>
      </w:r>
    </w:p>
    <w:p>
      <w:r>
        <w:t>[Isi cerita.]</w:t>
      </w:r>
    </w:p>
    <w:p>
      <w:pPr>
        <w:pStyle w:val="Heading1"/>
      </w:pPr>
      <w:r>
        <w:t>EPILOG / PENUTUP (jika ada)</w:t>
      </w:r>
    </w:p>
    <w:p>
      <w:r>
        <w:t>[Isi epilog.]</w:t>
      </w:r>
    </w:p>
    <w:p>
      <w:pPr>
        <w:pStyle w:val="Heading1"/>
      </w:pPr>
      <w:r>
        <w:t>BIODATA PENULIS</w:t>
      </w:r>
    </w:p>
    <w:p>
      <w:r>
        <w:t>[±100–150 kata. Cantumkan pengalaman/karya relevan dan profil profesional jika diperlukan.]</w:t>
      </w:r>
    </w:p>
    <w:p>
      <w:pPr>
        <w:pStyle w:val="Heading1"/>
      </w:pPr>
      <w:r>
        <w:t>SINOPSIS UNTUK SAMPUL BELAKANG</w:t>
      </w:r>
    </w:p>
    <w:p>
      <w:r>
        <w:t>[±100–150 kata; menarik dan tidak membocorkan akhir cerita.]</w:t>
      </w:r>
    </w:p>
    <w:p>
      <w:pPr>
        <w:pStyle w:val="Heading1"/>
      </w:pPr>
      <w:r>
        <w:t>CATATAN HAK CIPTA / SUMBER</w:t>
      </w:r>
    </w:p>
    <w:p>
      <w:r>
        <w:t>[Cantumkan sumber/izin jika menggunakan kutipan, lirik, foto, ilustrasi, atau materi pihak lain.]</w:t>
      </w:r>
    </w:p>
    <w:p>
      <w:pPr>
        <w:pStyle w:val="Heading1"/>
      </w:pPr>
      <w:r>
        <w:t>CHECKLIST SEBELUM DIKIRIM</w:t>
      </w:r>
    </w:p>
    <w:p>
      <w:pPr>
        <w:pStyle w:val="ListBullet"/>
      </w:pPr>
      <w:r>
        <w:t>Naskah lengkap</w:t>
      </w:r>
    </w:p>
    <w:p>
      <w:pPr>
        <w:pStyle w:val="ListBullet"/>
      </w:pPr>
      <w:r>
        <w:t>Judul dan nama penulis final</w:t>
      </w:r>
    </w:p>
    <w:p>
      <w:pPr>
        <w:pStyle w:val="ListBullet"/>
      </w:pPr>
      <w:r>
        <w:t>Sinopsis tersedia</w:t>
      </w:r>
    </w:p>
    <w:p>
      <w:pPr>
        <w:pStyle w:val="ListBullet"/>
      </w:pPr>
      <w:r>
        <w:t>Tokoh dan penamaan konsisten</w:t>
      </w:r>
    </w:p>
    <w:p>
      <w:pPr>
        <w:pStyle w:val="ListBullet"/>
      </w:pPr>
      <w:r>
        <w:t>Alur cerita telah diperiksa</w:t>
      </w:r>
    </w:p>
    <w:p>
      <w:pPr>
        <w:pStyle w:val="ListBullet"/>
      </w:pPr>
      <w:r>
        <w:t>Dialog dan tanda baca diperiksa</w:t>
      </w:r>
    </w:p>
    <w:p>
      <w:pPr>
        <w:pStyle w:val="ListBullet"/>
      </w:pPr>
      <w:r>
        <w:t>Materi pihak lain diberi sumber/izin</w:t>
      </w:r>
    </w:p>
    <w:p>
      <w:pPr>
        <w:pStyle w:val="ListBullet"/>
      </w:pPr>
      <w:r>
        <w:t>Tidak ada Track Changes/komentar tertinggal</w:t>
      </w:r>
    </w:p>
    <w:sectPr w:rsidR="00FC693F" w:rsidRPr="0006063C" w:rsidSect="00034616">
      <w:pgSz w:w="8391" w:h="11906"/>
      <w:pgMar w:top="1247" w:right="124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