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PENERBIT PUSTAKA SANGGAR JUANG INDONESIA</w:t>
      </w:r>
    </w:p>
    <w:p>
      <w:pPr>
        <w:jc w:val="center"/>
      </w:pPr>
      <w:r>
        <w:rPr>
          <w:b/>
          <w:sz w:val="36"/>
        </w:rPr>
        <w:t>TEMPLATE 01 — FORMULIR PENGAJUAN NASKAH</w:t>
      </w:r>
    </w:p>
    <w:p>
      <w:pPr>
        <w:jc w:val="center"/>
      </w:pPr>
      <w:r>
        <w:rPr>
          <w:i/>
          <w:sz w:val="22"/>
        </w:rPr>
        <w:t>Untuk penilaian editorial, perencanaan produksi, dan estimasi biaya penerbitan</w:t>
      </w:r>
    </w:p>
    <w:p/>
    <w:p>
      <w:pPr>
        <w:pStyle w:val="Heading1"/>
      </w:pPr>
      <w:r>
        <w:t>Petunjuk Pengisian</w:t>
      </w:r>
    </w:p>
    <w:p>
      <w:pPr>
        <w:pStyle w:val="ListBullet"/>
      </w:pPr>
      <w:r>
        <w:t>Isi bagian yang relevan secara lengkap.</w:t>
      </w:r>
    </w:p>
    <w:p>
      <w:pPr>
        <w:pStyle w:val="ListBullet"/>
      </w:pPr>
      <w:r>
        <w:t>Naskah dikirim dalam format .docx sesuai template yang dipilih.</w:t>
      </w:r>
    </w:p>
    <w:p>
      <w:pPr>
        <w:pStyle w:val="ListBullet"/>
      </w:pPr>
      <w:r>
        <w:t>Perkiraan halaman bukan dasar final biaya; halaman final ditentukan setelah layout.</w:t>
      </w:r>
    </w:p>
    <w:p>
      <w:pPr>
        <w:pStyle w:val="ListBullet"/>
      </w:pPr>
      <w:r>
        <w:t>Penerbit melakukan penilaian editorial sebelum naskah dinyatakan diterima.</w:t>
      </w:r>
    </w:p>
    <w:p>
      <w:pPr>
        <w:pStyle w:val="Heading1"/>
      </w:pPr>
      <w:r>
        <w:t>A. Identitas Penulis</w:t>
      </w:r>
    </w:p>
    <w:tbl>
      <w:tblPr>
        <w:tblStyle w:val="TableGrid"/>
        <w:tblW w:type="auto" w:w="0"/>
        <w:jc w:val="center"/>
        <w:tblLook w:firstColumn="1" w:firstRow="1" w:lastColumn="0" w:lastRow="0" w:noHBand="0" w:noVBand="1" w:val="04A0"/>
      </w:tblPr>
      <w:tblGrid>
        <w:gridCol w:w="4621"/>
        <w:gridCol w:w="4621"/>
      </w:tblGrid>
      <w:tr>
        <w:tc>
          <w:tcPr>
            <w:tcW w:type="dxa" w:w="4621"/>
            <w:vAlign w:val="center"/>
            <w:shd w:fill="EAF2F8"/>
          </w:tcPr>
          <w:p>
            <w:r/>
            <w:r>
              <w:rPr>
                <w:rFonts w:ascii="Arial" w:hAnsi="Arial"/>
                <w:b/>
                <w:sz w:val="19"/>
              </w:rPr>
              <w:t>Data</w:t>
            </w:r>
          </w:p>
        </w:tc>
        <w:tc>
          <w:tcPr>
            <w:tcW w:type="dxa" w:w="4621"/>
            <w:vAlign w:val="center"/>
            <w:shd w:fill="EAF2F8"/>
          </w:tcPr>
          <w:p>
            <w:r/>
            <w:r>
              <w:rPr>
                <w:rFonts w:ascii="Arial" w:hAnsi="Arial"/>
                <w:b/>
                <w:sz w:val="19"/>
              </w:rPr>
              <w:t>Isian</w:t>
            </w:r>
          </w:p>
        </w:tc>
      </w:tr>
      <w:tr>
        <w:tc>
          <w:tcPr>
            <w:tcW w:type="dxa" w:w="4621"/>
            <w:vAlign w:val="center"/>
          </w:tcPr>
          <w:p>
            <w:r/>
            <w:r>
              <w:rPr>
                <w:rFonts w:ascii="Arial" w:hAnsi="Arial"/>
                <w:b w:val="0"/>
                <w:sz w:val="19"/>
              </w:rPr>
              <w:t>Nama lengkap</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Nama pena (jika ada)</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Gelar akademik</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Institusi/afiliasi</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Profesi/jabatan</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Alamat</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Nomor WhatsApp</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Email</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ORCID (jika ada)</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SINTA/Google Scholar (jika ada)</w:t>
            </w:r>
          </w:p>
        </w:tc>
        <w:tc>
          <w:tcPr>
            <w:tcW w:type="dxa" w:w="4621"/>
            <w:vAlign w:val="center"/>
          </w:tcPr>
          <w:p>
            <w:r/>
            <w:r>
              <w:rPr>
                <w:rFonts w:ascii="Arial" w:hAnsi="Arial"/>
                <w:b w:val="0"/>
                <w:sz w:val="19"/>
              </w:rPr>
              <w:t>........................................................</w:t>
            </w:r>
          </w:p>
        </w:tc>
      </w:tr>
    </w:tbl>
    <w:p>
      <w:pPr>
        <w:pStyle w:val="Heading1"/>
      </w:pPr>
      <w:r>
        <w:t>B. Identitas Naskah</w:t>
      </w:r>
    </w:p>
    <w:tbl>
      <w:tblPr>
        <w:tblStyle w:val="TableGrid"/>
        <w:tblW w:type="auto" w:w="0"/>
        <w:jc w:val="center"/>
        <w:tblLook w:firstColumn="1" w:firstRow="1" w:lastColumn="0" w:lastRow="0" w:noHBand="0" w:noVBand="1" w:val="04A0"/>
      </w:tblPr>
      <w:tblGrid>
        <w:gridCol w:w="4621"/>
        <w:gridCol w:w="4621"/>
      </w:tblGrid>
      <w:tr>
        <w:tc>
          <w:tcPr>
            <w:tcW w:type="dxa" w:w="4621"/>
            <w:vAlign w:val="center"/>
            <w:shd w:fill="EAF2F8"/>
          </w:tcPr>
          <w:p>
            <w:r/>
            <w:r>
              <w:rPr>
                <w:rFonts w:ascii="Arial" w:hAnsi="Arial"/>
                <w:b/>
                <w:sz w:val="19"/>
              </w:rPr>
              <w:t>Komponen</w:t>
            </w:r>
          </w:p>
        </w:tc>
        <w:tc>
          <w:tcPr>
            <w:tcW w:type="dxa" w:w="4621"/>
            <w:vAlign w:val="center"/>
            <w:shd w:fill="EAF2F8"/>
          </w:tcPr>
          <w:p>
            <w:r/>
            <w:r>
              <w:rPr>
                <w:rFonts w:ascii="Arial" w:hAnsi="Arial"/>
                <w:b/>
                <w:sz w:val="19"/>
              </w:rPr>
              <w:t>Isian</w:t>
            </w:r>
          </w:p>
        </w:tc>
      </w:tr>
      <w:tr>
        <w:tc>
          <w:tcPr>
            <w:tcW w:type="dxa" w:w="4621"/>
            <w:vAlign w:val="center"/>
          </w:tcPr>
          <w:p>
            <w:r/>
            <w:r>
              <w:rPr>
                <w:rFonts w:ascii="Arial" w:hAnsi="Arial"/>
                <w:b w:val="0"/>
                <w:sz w:val="19"/>
              </w:rPr>
              <w:t>Judul utama</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Subjudul</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Jenis buku</w:t>
            </w:r>
          </w:p>
        </w:tc>
        <w:tc>
          <w:tcPr>
            <w:tcW w:type="dxa" w:w="4621"/>
            <w:vAlign w:val="center"/>
          </w:tcPr>
          <w:p>
            <w:r/>
            <w:r>
              <w:rPr>
                <w:rFonts w:ascii="Arial" w:hAnsi="Arial"/>
                <w:b w:val="0"/>
                <w:sz w:val="19"/>
              </w:rPr>
              <w:t>☐ Nonfiksi akademik  ☐ Nonfiksi populer  ☐ Fiksi  ☐ Novel  ☐ Lainnya</w:t>
            </w:r>
          </w:p>
        </w:tc>
      </w:tr>
      <w:tr>
        <w:tc>
          <w:tcPr>
            <w:tcW w:type="dxa" w:w="4621"/>
            <w:vAlign w:val="center"/>
          </w:tcPr>
          <w:p>
            <w:r/>
            <w:r>
              <w:rPr>
                <w:rFonts w:ascii="Arial" w:hAnsi="Arial"/>
                <w:b w:val="0"/>
                <w:sz w:val="19"/>
              </w:rPr>
              <w:t>Bidang/kategori</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Bahasa</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Target pembaca</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Status naskah</w:t>
            </w:r>
          </w:p>
        </w:tc>
        <w:tc>
          <w:tcPr>
            <w:tcW w:type="dxa" w:w="4621"/>
            <w:vAlign w:val="center"/>
          </w:tcPr>
          <w:p>
            <w:r/>
            <w:r>
              <w:rPr>
                <w:rFonts w:ascii="Arial" w:hAnsi="Arial"/>
                <w:b w:val="0"/>
                <w:sz w:val="19"/>
              </w:rPr>
              <w:t>☐ Selesai  ☐ Revisi  ☐ Sebagian</w:t>
            </w:r>
          </w:p>
        </w:tc>
      </w:tr>
      <w:tr>
        <w:tc>
          <w:tcPr>
            <w:tcW w:type="dxa" w:w="4621"/>
            <w:vAlign w:val="center"/>
          </w:tcPr>
          <w:p>
            <w:r/>
            <w:r>
              <w:rPr>
                <w:rFonts w:ascii="Arial" w:hAnsi="Arial"/>
                <w:b w:val="0"/>
                <w:sz w:val="19"/>
              </w:rPr>
              <w:t>Jumlah halaman Word</w:t>
            </w:r>
          </w:p>
        </w:tc>
        <w:tc>
          <w:tcPr>
            <w:tcW w:type="dxa" w:w="4621"/>
            <w:vAlign w:val="center"/>
          </w:tcPr>
          <w:p>
            <w:r/>
            <w:r>
              <w:rPr>
                <w:rFonts w:ascii="Arial" w:hAnsi="Arial"/>
                <w:b w:val="0"/>
                <w:sz w:val="19"/>
              </w:rPr>
              <w:t>................ halaman</w:t>
            </w:r>
          </w:p>
        </w:tc>
      </w:tr>
      <w:tr>
        <w:tc>
          <w:tcPr>
            <w:tcW w:type="dxa" w:w="4621"/>
            <w:vAlign w:val="center"/>
          </w:tcPr>
          <w:p>
            <w:r/>
            <w:r>
              <w:rPr>
                <w:rFonts w:ascii="Arial" w:hAnsi="Arial"/>
                <w:b w:val="0"/>
                <w:sz w:val="19"/>
              </w:rPr>
              <w:t>Ukuran usulan</w:t>
            </w:r>
          </w:p>
        </w:tc>
        <w:tc>
          <w:tcPr>
            <w:tcW w:type="dxa" w:w="4621"/>
            <w:vAlign w:val="center"/>
          </w:tcPr>
          <w:p>
            <w:r/>
            <w:r>
              <w:rPr>
                <w:rFonts w:ascii="Arial" w:hAnsi="Arial"/>
                <w:b w:val="0"/>
                <w:sz w:val="19"/>
              </w:rPr>
              <w:t>☐ UNESCO 15,5×23  ☐ A5  ☐ Lainnya</w:t>
            </w:r>
          </w:p>
        </w:tc>
      </w:tr>
    </w:tbl>
    <w:p>
      <w:pPr>
        <w:pStyle w:val="Heading1"/>
      </w:pPr>
      <w:r>
        <w:t>C. Deskripsi Buku</w:t>
      </w:r>
    </w:p>
    <w:p>
      <w:r>
        <w:rPr>
          <w:b/>
        </w:rPr>
        <w:t>Sinopsis (±500 kata)</w:t>
      </w:r>
    </w:p>
    <w:p>
      <w:r>
        <w:t>................................................................................................</w:t>
        <w:br/>
        <w:t>................................................................................................</w:t>
        <w:br/>
      </w:r>
    </w:p>
    <w:p>
      <w:r>
        <w:rPr>
          <w:b/>
        </w:rPr>
        <w:t>Keunggulan buku</w:t>
      </w:r>
    </w:p>
    <w:p>
      <w:r>
        <w:t>................................................................................................</w:t>
        <w:br/>
        <w:t>................................................................................................</w:t>
        <w:br/>
      </w:r>
    </w:p>
    <w:p>
      <w:r>
        <w:rPr>
          <w:b/>
        </w:rPr>
        <w:t>Manfaat bagi pembaca</w:t>
      </w:r>
    </w:p>
    <w:p>
      <w:r>
        <w:t>................................................................................................</w:t>
        <w:br/>
        <w:t>................................................................................................</w:t>
        <w:br/>
      </w:r>
    </w:p>
    <w:p>
      <w:r>
        <w:rPr>
          <w:b/>
        </w:rPr>
        <w:t>Sasaran pembaca secara spesifik</w:t>
      </w:r>
    </w:p>
    <w:p>
      <w:r>
        <w:t>................................................................................................</w:t>
        <w:br/>
        <w:t>................................................................................................</w:t>
        <w:br/>
      </w:r>
    </w:p>
    <w:p>
      <w:r>
        <w:rPr>
          <w:b/>
        </w:rPr>
        <w:t>Buku pembanding/kompetitor (jika diketahui)</w:t>
      </w:r>
    </w:p>
    <w:p>
      <w:r>
        <w:t>................................................................................................</w:t>
        <w:br/>
        <w:t>................................................................................................</w:t>
        <w:br/>
      </w:r>
    </w:p>
    <w:p>
      <w:pPr>
        <w:pStyle w:val="Heading1"/>
      </w:pPr>
      <w:r>
        <w:t>D. Struktur Naskah</w:t>
      </w:r>
    </w:p>
    <w:tbl>
      <w:tblPr>
        <w:tblStyle w:val="TableGrid"/>
        <w:tblW w:type="auto" w:w="0"/>
        <w:jc w:val="center"/>
        <w:tblLook w:firstColumn="1" w:firstRow="1" w:lastColumn="0" w:lastRow="0" w:noHBand="0" w:noVBand="1" w:val="04A0"/>
      </w:tblPr>
      <w:tblGrid>
        <w:gridCol w:w="3081"/>
        <w:gridCol w:w="3081"/>
        <w:gridCol w:w="3081"/>
      </w:tblGrid>
      <w:tr>
        <w:tc>
          <w:tcPr>
            <w:tcW w:type="dxa" w:w="3081"/>
            <w:vAlign w:val="center"/>
            <w:shd w:fill="EAF2F8"/>
          </w:tcPr>
          <w:p>
            <w:r/>
            <w:r>
              <w:rPr>
                <w:rFonts w:ascii="Arial" w:hAnsi="Arial"/>
                <w:b/>
                <w:sz w:val="19"/>
              </w:rPr>
              <w:t>No.</w:t>
            </w:r>
          </w:p>
        </w:tc>
        <w:tc>
          <w:tcPr>
            <w:tcW w:type="dxa" w:w="3081"/>
            <w:vAlign w:val="center"/>
            <w:shd w:fill="EAF2F8"/>
          </w:tcPr>
          <w:p>
            <w:r/>
            <w:r>
              <w:rPr>
                <w:rFonts w:ascii="Arial" w:hAnsi="Arial"/>
                <w:b/>
                <w:sz w:val="19"/>
              </w:rPr>
              <w:t>Bab/Bagian</w:t>
            </w:r>
          </w:p>
        </w:tc>
        <w:tc>
          <w:tcPr>
            <w:tcW w:type="dxa" w:w="3081"/>
            <w:vAlign w:val="center"/>
            <w:shd w:fill="EAF2F8"/>
          </w:tcPr>
          <w:p>
            <w:r/>
            <w:r>
              <w:rPr>
                <w:rFonts w:ascii="Arial" w:hAnsi="Arial"/>
                <w:b/>
                <w:sz w:val="19"/>
              </w:rPr>
              <w:t>Perkiraan halaman</w:t>
            </w:r>
          </w:p>
        </w:tc>
      </w:tr>
      <w:tr>
        <w:tc>
          <w:tcPr>
            <w:tcW w:type="dxa" w:w="3081"/>
            <w:vAlign w:val="center"/>
          </w:tcPr>
          <w:p>
            <w:r/>
            <w:r>
              <w:rPr>
                <w:rFonts w:ascii="Arial" w:hAnsi="Arial"/>
                <w:b w:val="0"/>
                <w:sz w:val="19"/>
              </w:rPr>
              <w:t>1</w:t>
            </w:r>
          </w:p>
        </w:tc>
        <w:tc>
          <w:tcPr>
            <w:tcW w:type="dxa" w:w="3081"/>
            <w:vAlign w:val="center"/>
          </w:tcPr>
          <w:p>
            <w:r/>
            <w:r>
              <w:rPr>
                <w:rFonts w:ascii="Arial" w:hAnsi="Arial"/>
                <w:b w:val="0"/>
                <w:sz w:val="19"/>
              </w:rPr>
              <w:t>................................</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2</w:t>
            </w:r>
          </w:p>
        </w:tc>
        <w:tc>
          <w:tcPr>
            <w:tcW w:type="dxa" w:w="3081"/>
            <w:vAlign w:val="center"/>
          </w:tcPr>
          <w:p>
            <w:r/>
            <w:r>
              <w:rPr>
                <w:rFonts w:ascii="Arial" w:hAnsi="Arial"/>
                <w:b w:val="0"/>
                <w:sz w:val="19"/>
              </w:rPr>
              <w:t>................................</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3</w:t>
            </w:r>
          </w:p>
        </w:tc>
        <w:tc>
          <w:tcPr>
            <w:tcW w:type="dxa" w:w="3081"/>
            <w:vAlign w:val="center"/>
          </w:tcPr>
          <w:p>
            <w:r/>
            <w:r>
              <w:rPr>
                <w:rFonts w:ascii="Arial" w:hAnsi="Arial"/>
                <w:b w:val="0"/>
                <w:sz w:val="19"/>
              </w:rPr>
              <w:t>................................</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4</w:t>
            </w:r>
          </w:p>
        </w:tc>
        <w:tc>
          <w:tcPr>
            <w:tcW w:type="dxa" w:w="3081"/>
            <w:vAlign w:val="center"/>
          </w:tcPr>
          <w:p>
            <w:r/>
            <w:r>
              <w:rPr>
                <w:rFonts w:ascii="Arial" w:hAnsi="Arial"/>
                <w:b w:val="0"/>
                <w:sz w:val="19"/>
              </w:rPr>
              <w:t>................................</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5</w:t>
            </w:r>
          </w:p>
        </w:tc>
        <w:tc>
          <w:tcPr>
            <w:tcW w:type="dxa" w:w="3081"/>
            <w:vAlign w:val="center"/>
          </w:tcPr>
          <w:p>
            <w:r/>
            <w:r>
              <w:rPr>
                <w:rFonts w:ascii="Arial" w:hAnsi="Arial"/>
                <w:b w:val="0"/>
                <w:sz w:val="19"/>
              </w:rPr>
              <w:t>................................</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6</w:t>
            </w:r>
          </w:p>
        </w:tc>
        <w:tc>
          <w:tcPr>
            <w:tcW w:type="dxa" w:w="3081"/>
            <w:vAlign w:val="center"/>
          </w:tcPr>
          <w:p>
            <w:r/>
            <w:r>
              <w:rPr>
                <w:rFonts w:ascii="Arial" w:hAnsi="Arial"/>
                <w:b w:val="0"/>
                <w:sz w:val="19"/>
              </w:rPr>
              <w:t>................................</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7</w:t>
            </w:r>
          </w:p>
        </w:tc>
        <w:tc>
          <w:tcPr>
            <w:tcW w:type="dxa" w:w="3081"/>
            <w:vAlign w:val="center"/>
          </w:tcPr>
          <w:p>
            <w:r/>
            <w:r>
              <w:rPr>
                <w:rFonts w:ascii="Arial" w:hAnsi="Arial"/>
                <w:b w:val="0"/>
                <w:sz w:val="19"/>
              </w:rPr>
              <w:t>................................</w:t>
            </w:r>
          </w:p>
        </w:tc>
        <w:tc>
          <w:tcPr>
            <w:tcW w:type="dxa" w:w="3081"/>
            <w:vAlign w:val="center"/>
          </w:tcPr>
          <w:p>
            <w:r/>
            <w:r>
              <w:rPr>
                <w:rFonts w:ascii="Arial" w:hAnsi="Arial"/>
                <w:b w:val="0"/>
                <w:sz w:val="19"/>
              </w:rPr>
              <w:t>........</w:t>
            </w:r>
          </w:p>
        </w:tc>
      </w:tr>
    </w:tbl>
    <w:p>
      <w:pPr>
        <w:pStyle w:val="Heading1"/>
      </w:pPr>
      <w:r>
        <w:t>E. Data Produksi</w:t>
      </w:r>
    </w:p>
    <w:tbl>
      <w:tblPr>
        <w:tblStyle w:val="TableGrid"/>
        <w:tblW w:type="auto" w:w="0"/>
        <w:jc w:val="center"/>
        <w:tblLook w:firstColumn="1" w:firstRow="1" w:lastColumn="0" w:lastRow="0" w:noHBand="0" w:noVBand="1" w:val="04A0"/>
      </w:tblPr>
      <w:tblGrid>
        <w:gridCol w:w="4621"/>
        <w:gridCol w:w="4621"/>
      </w:tblGrid>
      <w:tr>
        <w:tc>
          <w:tcPr>
            <w:tcW w:type="dxa" w:w="4621"/>
            <w:vAlign w:val="center"/>
            <w:shd w:fill="EAF2F8"/>
          </w:tcPr>
          <w:p>
            <w:r/>
            <w:r>
              <w:rPr>
                <w:rFonts w:ascii="Arial" w:hAnsi="Arial"/>
                <w:b/>
                <w:sz w:val="19"/>
              </w:rPr>
              <w:t>Komponen</w:t>
            </w:r>
          </w:p>
        </w:tc>
        <w:tc>
          <w:tcPr>
            <w:tcW w:type="dxa" w:w="4621"/>
            <w:vAlign w:val="center"/>
            <w:shd w:fill="EAF2F8"/>
          </w:tcPr>
          <w:p>
            <w:r/>
            <w:r>
              <w:rPr>
                <w:rFonts w:ascii="Arial" w:hAnsi="Arial"/>
                <w:b/>
                <w:sz w:val="19"/>
              </w:rPr>
              <w:t>Isian</w:t>
            </w:r>
          </w:p>
        </w:tc>
      </w:tr>
      <w:tr>
        <w:tc>
          <w:tcPr>
            <w:tcW w:type="dxa" w:w="4621"/>
            <w:vAlign w:val="center"/>
          </w:tcPr>
          <w:p>
            <w:r/>
            <w:r>
              <w:rPr>
                <w:rFonts w:ascii="Arial" w:hAnsi="Arial"/>
                <w:b w:val="0"/>
                <w:sz w:val="19"/>
              </w:rPr>
              <w:t>Jumlah gambar/ilustrasi</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Jumlah tabel</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Jumlah grafik/diagram</w:t>
            </w:r>
          </w:p>
        </w:tc>
        <w:tc>
          <w:tcPr>
            <w:tcW w:type="dxa" w:w="4621"/>
            <w:vAlign w:val="center"/>
          </w:tcPr>
          <w:p>
            <w:r/>
            <w:r>
              <w:rPr>
                <w:rFonts w:ascii="Arial" w:hAnsi="Arial"/>
                <w:b w:val="0"/>
                <w:sz w:val="19"/>
              </w:rPr>
              <w:t>........</w:t>
            </w:r>
          </w:p>
        </w:tc>
      </w:tr>
      <w:tr>
        <w:tc>
          <w:tcPr>
            <w:tcW w:type="dxa" w:w="4621"/>
            <w:vAlign w:val="center"/>
          </w:tcPr>
          <w:p>
            <w:r/>
            <w:r>
              <w:rPr>
                <w:rFonts w:ascii="Arial" w:hAnsi="Arial"/>
                <w:b w:val="0"/>
                <w:sz w:val="19"/>
              </w:rPr>
              <w:t>Lampiran</w:t>
            </w:r>
          </w:p>
        </w:tc>
        <w:tc>
          <w:tcPr>
            <w:tcW w:type="dxa" w:w="4621"/>
            <w:vAlign w:val="center"/>
          </w:tcPr>
          <w:p>
            <w:r/>
            <w:r>
              <w:rPr>
                <w:rFonts w:ascii="Arial" w:hAnsi="Arial"/>
                <w:b w:val="0"/>
                <w:sz w:val="19"/>
              </w:rPr>
              <w:t>........ halaman</w:t>
            </w:r>
          </w:p>
        </w:tc>
      </w:tr>
      <w:tr>
        <w:tc>
          <w:tcPr>
            <w:tcW w:type="dxa" w:w="4621"/>
            <w:vAlign w:val="center"/>
          </w:tcPr>
          <w:p>
            <w:r/>
            <w:r>
              <w:rPr>
                <w:rFonts w:ascii="Arial" w:hAnsi="Arial"/>
                <w:b w:val="0"/>
                <w:sz w:val="19"/>
              </w:rPr>
              <w:t>Daftar pustaka</w:t>
            </w:r>
          </w:p>
        </w:tc>
        <w:tc>
          <w:tcPr>
            <w:tcW w:type="dxa" w:w="4621"/>
            <w:vAlign w:val="center"/>
          </w:tcPr>
          <w:p>
            <w:r/>
            <w:r>
              <w:rPr>
                <w:rFonts w:ascii="Arial" w:hAnsi="Arial"/>
                <w:b w:val="0"/>
                <w:sz w:val="19"/>
              </w:rPr>
              <w:t>☐ Ada  ☐ Tidak</w:t>
            </w:r>
          </w:p>
        </w:tc>
      </w:tr>
      <w:tr>
        <w:tc>
          <w:tcPr>
            <w:tcW w:type="dxa" w:w="4621"/>
            <w:vAlign w:val="center"/>
          </w:tcPr>
          <w:p>
            <w:r/>
            <w:r>
              <w:rPr>
                <w:rFonts w:ascii="Arial" w:hAnsi="Arial"/>
                <w:b w:val="0"/>
                <w:sz w:val="19"/>
              </w:rPr>
              <w:t>Indeks</w:t>
            </w:r>
          </w:p>
        </w:tc>
        <w:tc>
          <w:tcPr>
            <w:tcW w:type="dxa" w:w="4621"/>
            <w:vAlign w:val="center"/>
          </w:tcPr>
          <w:p>
            <w:r/>
            <w:r>
              <w:rPr>
                <w:rFonts w:ascii="Arial" w:hAnsi="Arial"/>
                <w:b w:val="0"/>
                <w:sz w:val="19"/>
              </w:rPr>
              <w:t>☐ Perlu  ☐ Tidak</w:t>
            </w:r>
          </w:p>
        </w:tc>
      </w:tr>
      <w:tr>
        <w:tc>
          <w:tcPr>
            <w:tcW w:type="dxa" w:w="4621"/>
            <w:vAlign w:val="center"/>
          </w:tcPr>
          <w:p>
            <w:r/>
            <w:r>
              <w:rPr>
                <w:rFonts w:ascii="Arial" w:hAnsi="Arial"/>
                <w:b w:val="0"/>
                <w:sz w:val="19"/>
              </w:rPr>
              <w:t>Glosarium</w:t>
            </w:r>
          </w:p>
        </w:tc>
        <w:tc>
          <w:tcPr>
            <w:tcW w:type="dxa" w:w="4621"/>
            <w:vAlign w:val="center"/>
          </w:tcPr>
          <w:p>
            <w:r/>
            <w:r>
              <w:rPr>
                <w:rFonts w:ascii="Arial" w:hAnsi="Arial"/>
                <w:b w:val="0"/>
                <w:sz w:val="19"/>
              </w:rPr>
              <w:t>☐ Perlu  ☐ Tidak</w:t>
            </w:r>
          </w:p>
        </w:tc>
      </w:tr>
    </w:tbl>
    <w:p>
      <w:pPr>
        <w:pStyle w:val="Heading1"/>
      </w:pPr>
      <w:r>
        <w:t>F. Perkiraan Paket Penerbitan</w:t>
      </w:r>
    </w:p>
    <w:tbl>
      <w:tblPr>
        <w:tblStyle w:val="TableGrid"/>
        <w:tblW w:type="auto" w:w="0"/>
        <w:jc w:val="center"/>
        <w:tblLook w:firstColumn="1" w:firstRow="1" w:lastColumn="0" w:lastRow="0" w:noHBand="0" w:noVBand="1" w:val="04A0"/>
      </w:tblPr>
      <w:tblGrid>
        <w:gridCol w:w="3081"/>
        <w:gridCol w:w="3081"/>
        <w:gridCol w:w="3081"/>
      </w:tblGrid>
      <w:tr>
        <w:tc>
          <w:tcPr>
            <w:tcW w:type="dxa" w:w="3081"/>
            <w:vAlign w:val="center"/>
            <w:shd w:fill="EAF2F8"/>
          </w:tcPr>
          <w:p>
            <w:r/>
            <w:r>
              <w:rPr>
                <w:rFonts w:ascii="Arial" w:hAnsi="Arial"/>
                <w:b/>
                <w:sz w:val="19"/>
              </w:rPr>
              <w:t>Paket</w:t>
            </w:r>
          </w:p>
        </w:tc>
        <w:tc>
          <w:tcPr>
            <w:tcW w:type="dxa" w:w="3081"/>
            <w:vAlign w:val="center"/>
            <w:shd w:fill="EAF2F8"/>
          </w:tcPr>
          <w:p>
            <w:r/>
            <w:r>
              <w:rPr>
                <w:rFonts w:ascii="Arial" w:hAnsi="Arial"/>
                <w:b/>
                <w:sz w:val="19"/>
              </w:rPr>
              <w:t>Maks. halaman</w:t>
            </w:r>
          </w:p>
        </w:tc>
        <w:tc>
          <w:tcPr>
            <w:tcW w:type="dxa" w:w="3081"/>
            <w:vAlign w:val="center"/>
            <w:shd w:fill="EAF2F8"/>
          </w:tcPr>
          <w:p>
            <w:r/>
            <w:r>
              <w:rPr>
                <w:rFonts w:ascii="Arial" w:hAnsi="Arial"/>
                <w:b/>
                <w:sz w:val="19"/>
              </w:rPr>
              <w:t>Pilihan</w:t>
            </w:r>
          </w:p>
        </w:tc>
      </w:tr>
      <w:tr>
        <w:tc>
          <w:tcPr>
            <w:tcW w:type="dxa" w:w="3081"/>
            <w:vAlign w:val="center"/>
          </w:tcPr>
          <w:p>
            <w:r/>
            <w:r>
              <w:rPr>
                <w:rFonts w:ascii="Arial" w:hAnsi="Arial"/>
                <w:b w:val="0"/>
                <w:sz w:val="19"/>
              </w:rPr>
              <w:t>A</w:t>
            </w:r>
          </w:p>
        </w:tc>
        <w:tc>
          <w:tcPr>
            <w:tcW w:type="dxa" w:w="3081"/>
            <w:vAlign w:val="center"/>
          </w:tcPr>
          <w:p>
            <w:r/>
            <w:r>
              <w:rPr>
                <w:rFonts w:ascii="Arial" w:hAnsi="Arial"/>
                <w:b w:val="0"/>
                <w:sz w:val="19"/>
              </w:rPr>
              <w:t>≤150</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B</w:t>
            </w:r>
          </w:p>
        </w:tc>
        <w:tc>
          <w:tcPr>
            <w:tcW w:type="dxa" w:w="3081"/>
            <w:vAlign w:val="center"/>
          </w:tcPr>
          <w:p>
            <w:r/>
            <w:r>
              <w:rPr>
                <w:rFonts w:ascii="Arial" w:hAnsi="Arial"/>
                <w:b w:val="0"/>
                <w:sz w:val="19"/>
              </w:rPr>
              <w:t>≤200</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C</w:t>
            </w:r>
          </w:p>
        </w:tc>
        <w:tc>
          <w:tcPr>
            <w:tcW w:type="dxa" w:w="3081"/>
            <w:vAlign w:val="center"/>
          </w:tcPr>
          <w:p>
            <w:r/>
            <w:r>
              <w:rPr>
                <w:rFonts w:ascii="Arial" w:hAnsi="Arial"/>
                <w:b w:val="0"/>
                <w:sz w:val="19"/>
              </w:rPr>
              <w:t>≤250</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D</w:t>
            </w:r>
          </w:p>
        </w:tc>
        <w:tc>
          <w:tcPr>
            <w:tcW w:type="dxa" w:w="3081"/>
            <w:vAlign w:val="center"/>
          </w:tcPr>
          <w:p>
            <w:r/>
            <w:r>
              <w:rPr>
                <w:rFonts w:ascii="Arial" w:hAnsi="Arial"/>
                <w:b w:val="0"/>
                <w:sz w:val="19"/>
              </w:rPr>
              <w:t>≤300</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E</w:t>
            </w:r>
          </w:p>
        </w:tc>
        <w:tc>
          <w:tcPr>
            <w:tcW w:type="dxa" w:w="3081"/>
            <w:vAlign w:val="center"/>
          </w:tcPr>
          <w:p>
            <w:r/>
            <w:r>
              <w:rPr>
                <w:rFonts w:ascii="Arial" w:hAnsi="Arial"/>
                <w:b w:val="0"/>
                <w:sz w:val="19"/>
              </w:rPr>
              <w:t>≤350</w:t>
            </w:r>
          </w:p>
        </w:tc>
        <w:tc>
          <w:tcPr>
            <w:tcW w:type="dxa" w:w="3081"/>
            <w:vAlign w:val="center"/>
          </w:tcPr>
          <w:p>
            <w:r/>
            <w:r>
              <w:rPr>
                <w:rFonts w:ascii="Arial" w:hAnsi="Arial"/>
                <w:b w:val="0"/>
                <w:sz w:val="19"/>
              </w:rPr>
              <w:t>☐</w:t>
            </w:r>
          </w:p>
        </w:tc>
      </w:tr>
      <w:tr>
        <w:tc>
          <w:tcPr>
            <w:tcW w:type="dxa" w:w="3081"/>
            <w:vAlign w:val="center"/>
          </w:tcPr>
          <w:p>
            <w:r/>
            <w:r>
              <w:rPr>
                <w:rFonts w:ascii="Arial" w:hAnsi="Arial"/>
                <w:b w:val="0"/>
                <w:sz w:val="19"/>
              </w:rPr>
              <w:t>F/Khusus</w:t>
            </w:r>
          </w:p>
        </w:tc>
        <w:tc>
          <w:tcPr>
            <w:tcW w:type="dxa" w:w="3081"/>
            <w:vAlign w:val="center"/>
          </w:tcPr>
          <w:p>
            <w:r/>
            <w:r>
              <w:rPr>
                <w:rFonts w:ascii="Arial" w:hAnsi="Arial"/>
                <w:b w:val="0"/>
                <w:sz w:val="19"/>
              </w:rPr>
              <w:t>&gt;350/kompleks</w:t>
            </w:r>
          </w:p>
        </w:tc>
        <w:tc>
          <w:tcPr>
            <w:tcW w:type="dxa" w:w="3081"/>
            <w:vAlign w:val="center"/>
          </w:tcPr>
          <w:p>
            <w:r/>
            <w:r>
              <w:rPr>
                <w:rFonts w:ascii="Arial" w:hAnsi="Arial"/>
                <w:b w:val="0"/>
                <w:sz w:val="19"/>
              </w:rPr>
              <w:t>☐</w:t>
            </w:r>
          </w:p>
        </w:tc>
      </w:tr>
    </w:tbl>
    <w:p>
      <w:r>
        <w:t>Catatan: paket final ditetapkan setelah naskah ditinjau dan diformat oleh penerbit.</w:t>
      </w:r>
    </w:p>
    <w:p>
      <w:pPr>
        <w:pStyle w:val="Heading1"/>
      </w:pPr>
      <w:r>
        <w:t>G. Checklist Kelengkapan</w:t>
      </w:r>
    </w:p>
    <w:p>
      <w:pPr>
        <w:pStyle w:val="ListBullet"/>
      </w:pPr>
      <w:r>
        <w:t>Naskah lengkap</w:t>
      </w:r>
    </w:p>
    <w:p>
      <w:pPr>
        <w:pStyle w:val="ListBullet"/>
      </w:pPr>
      <w:r>
        <w:t>Judul final</w:t>
      </w:r>
    </w:p>
    <w:p>
      <w:pPr>
        <w:pStyle w:val="ListBullet"/>
      </w:pPr>
      <w:r>
        <w:t>Sinopsis tersedia</w:t>
      </w:r>
    </w:p>
    <w:p>
      <w:pPr>
        <w:pStyle w:val="ListBullet"/>
      </w:pPr>
      <w:r>
        <w:t>Daftar isi tersedia</w:t>
      </w:r>
    </w:p>
    <w:p>
      <w:pPr>
        <w:pStyle w:val="ListBullet"/>
      </w:pPr>
      <w:r>
        <w:t>Biodata penulis tersedia</w:t>
      </w:r>
    </w:p>
    <w:p>
      <w:pPr>
        <w:pStyle w:val="ListBullet"/>
      </w:pPr>
      <w:r>
        <w:t>Daftar pustaka diperiksa</w:t>
      </w:r>
    </w:p>
    <w:p>
      <w:pPr>
        <w:pStyle w:val="ListBullet"/>
      </w:pPr>
      <w:r>
        <w:t>Sumber gambar/tabel dicantumkan</w:t>
      </w:r>
    </w:p>
    <w:p>
      <w:pPr>
        <w:pStyle w:val="ListBullet"/>
      </w:pPr>
      <w:r>
        <w:t>Kutipan dan referensi diperiksa</w:t>
      </w:r>
    </w:p>
    <w:p>
      <w:pPr>
        <w:pStyle w:val="ListBullet"/>
      </w:pPr>
      <w:r>
        <w:t>Naskah telah diperiksa orisinalitasnya</w:t>
      </w:r>
    </w:p>
    <w:p>
      <w:pPr>
        <w:pStyle w:val="ListBullet"/>
      </w:pPr>
      <w:r>
        <w:t>Tidak melanggar hak cipta pihak lain</w:t>
      </w:r>
    </w:p>
    <w:p>
      <w:pPr>
        <w:pStyle w:val="Heading1"/>
      </w:pPr>
      <w:r>
        <w:t>H. Pernyataan Penulis</w:t>
      </w:r>
    </w:p>
    <w:p>
      <w:r>
        <w:t>Saya menyatakan bahwa naskah yang diajukan merupakan karya yang menjadi tanggung jawab saya, tidak dengan sengaja melanggar hak cipta pihak lain, dan sumber yang digunakan telah dicantumkan secara layak. Saya bersedia mengikuti proses editorial dan ketentuan penerbitan Penerbit Pustaka Sanggar Juang Indonesia.</w:t>
      </w:r>
    </w:p>
    <w:p>
      <w:r>
        <w:br/>
        <w:t>Tempat/tanggal: ................................................</w:t>
        <w:br/>
        <w:t>Nama penulis: ................................................</w:t>
        <w:br/>
        <w:t>Tanda tangan: ................................................</w:t>
      </w:r>
    </w:p>
    <w:sectPr w:rsidR="00FC693F" w:rsidRPr="0006063C" w:rsidSect="00034616">
      <w:pgSz w:w="11906" w:h="16838"/>
      <w:pgMar w:top="1247" w:right="124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